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Julien P Icher</w:t>
      </w:r>
    </w:p>
    <w:p>
      <w:pPr>
        <w:pStyle w:val="Subtitle"/>
      </w:pPr>
      <w:r>
        <w:t>Short biography</w:t>
      </w:r>
    </w:p>
    <w:p>
      <w:r>
        <w:t>Julien P. Icher is a French historian and geographer and the founder and president of The Lafayette Trail, Inc., a nonprofit dedicated to Lafayette’s legacy. He has coordinated historic marker installations across the United States, hosts the YouTube series Follow The Frenchmen, and has given over 120 lectures. Based in Bethesda, Maryland, he is the author of Washington’s Disciple: The Marquis de Lafayette and the Quest for Liberty, forthcoming in April 2027.</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